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DA2" w:rsidRPr="00156DE5" w:rsidRDefault="00766EDA" w:rsidP="00981711">
      <w:pPr>
        <w:jc w:val="center"/>
        <w:rPr>
          <w:rFonts w:ascii="Bookman Old Style" w:hAnsi="Bookman Old Style"/>
          <w:sz w:val="20"/>
          <w:szCs w:val="20"/>
          <w:lang w:val="id-ID"/>
        </w:rPr>
      </w:pPr>
      <w:r w:rsidRPr="00156DE5">
        <w:rPr>
          <w:rFonts w:ascii="Bookman Old Style" w:hAnsi="Bookman Old Style"/>
          <w:b/>
          <w:sz w:val="20"/>
          <w:szCs w:val="20"/>
        </w:rPr>
        <w:t>FORMULIR PERMOHONAN PENCABUTAN</w:t>
      </w:r>
      <w:r w:rsidRPr="00156DE5">
        <w:rPr>
          <w:rFonts w:ascii="Bookman Old Style" w:hAnsi="Bookman Old Style"/>
          <w:b/>
          <w:sz w:val="20"/>
          <w:szCs w:val="20"/>
        </w:rPr>
        <w:br/>
        <w:t>SURAT IZIN PRAKTIK (SIP) TENAGA KESEHATAN</w:t>
      </w:r>
      <w:r w:rsidR="00156DE5">
        <w:rPr>
          <w:rFonts w:ascii="Bookman Old Style" w:hAnsi="Bookman Old Style"/>
          <w:b/>
          <w:sz w:val="20"/>
          <w:szCs w:val="20"/>
          <w:lang w:val="id-ID"/>
        </w:rPr>
        <w:t xml:space="preserve"> DAN TENAGA MEDIS</w:t>
      </w:r>
    </w:p>
    <w:p w:rsidR="00156DE5" w:rsidRDefault="000104DA" w:rsidP="000104DA">
      <w:pPr>
        <w:tabs>
          <w:tab w:val="left" w:pos="5954"/>
        </w:tabs>
        <w:jc w:val="both"/>
        <w:rPr>
          <w:rFonts w:ascii="Bookman Old Style" w:hAnsi="Bookman Old Style"/>
          <w:sz w:val="20"/>
          <w:szCs w:val="20"/>
          <w:lang w:val="id-ID"/>
        </w:rPr>
      </w:pPr>
      <w:r>
        <w:rPr>
          <w:rFonts w:ascii="Bookman Old Style" w:hAnsi="Bookman Old Style"/>
          <w:sz w:val="20"/>
          <w:szCs w:val="20"/>
          <w:lang w:val="id-ID"/>
        </w:rPr>
        <w:tab/>
      </w:r>
    </w:p>
    <w:p w:rsidR="000104DA" w:rsidRDefault="000104DA" w:rsidP="000104DA">
      <w:pPr>
        <w:tabs>
          <w:tab w:val="left" w:pos="5954"/>
        </w:tabs>
        <w:jc w:val="both"/>
        <w:rPr>
          <w:rFonts w:ascii="Bookman Old Style" w:hAnsi="Bookman Old Style"/>
          <w:sz w:val="20"/>
          <w:szCs w:val="20"/>
          <w:lang w:val="id-ID"/>
        </w:rPr>
      </w:pPr>
      <w:r>
        <w:rPr>
          <w:rFonts w:ascii="Bookman Old Style" w:hAnsi="Bookman Old Style"/>
          <w:sz w:val="20"/>
          <w:szCs w:val="20"/>
          <w:lang w:val="id-ID"/>
        </w:rPr>
        <w:tab/>
        <w:t>Malinau, ..........................20........</w:t>
      </w:r>
    </w:p>
    <w:p w:rsidR="000104DA" w:rsidRDefault="000104DA" w:rsidP="00981711">
      <w:pPr>
        <w:spacing w:after="0" w:line="240" w:lineRule="auto"/>
        <w:rPr>
          <w:rFonts w:ascii="Bookman Old Style" w:hAnsi="Bookman Old Style"/>
          <w:sz w:val="20"/>
          <w:szCs w:val="20"/>
          <w:lang w:val="id-ID"/>
        </w:rPr>
      </w:pPr>
    </w:p>
    <w:p w:rsidR="00156DE5" w:rsidRDefault="000104DA" w:rsidP="000104DA">
      <w:pPr>
        <w:spacing w:after="0" w:line="240" w:lineRule="auto"/>
        <w:rPr>
          <w:rFonts w:ascii="Bookman Old Style" w:hAnsi="Bookman Old Style"/>
          <w:b/>
          <w:sz w:val="20"/>
          <w:szCs w:val="20"/>
          <w:lang w:val="id-ID"/>
        </w:rPr>
      </w:pPr>
      <w:r>
        <w:rPr>
          <w:rFonts w:ascii="Bookman Old Style" w:hAnsi="Bookman Old Style"/>
          <w:sz w:val="20"/>
          <w:szCs w:val="20"/>
        </w:rPr>
        <w:t xml:space="preserve">Hal : </w:t>
      </w:r>
      <w:proofErr w:type="spellStart"/>
      <w:r w:rsidR="00766EDA" w:rsidRPr="00156DE5">
        <w:rPr>
          <w:rFonts w:ascii="Bookman Old Style" w:hAnsi="Bookman Old Style"/>
          <w:sz w:val="20"/>
          <w:szCs w:val="20"/>
        </w:rPr>
        <w:t>Permohonan</w:t>
      </w:r>
      <w:proofErr w:type="spellEnd"/>
      <w:r w:rsidR="00766EDA"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="00766EDA" w:rsidRPr="00156DE5">
        <w:rPr>
          <w:rFonts w:ascii="Bookman Old Style" w:hAnsi="Bookman Old Style"/>
          <w:sz w:val="20"/>
          <w:szCs w:val="20"/>
        </w:rPr>
        <w:t>Pencabutan</w:t>
      </w:r>
      <w:proofErr w:type="spellEnd"/>
      <w:r w:rsidR="00766EDA" w:rsidRPr="00156DE5">
        <w:rPr>
          <w:rFonts w:ascii="Bookman Old Style" w:hAnsi="Bookman Old Style"/>
          <w:sz w:val="20"/>
          <w:szCs w:val="20"/>
        </w:rPr>
        <w:t xml:space="preserve"> SIP</w:t>
      </w:r>
      <w:r w:rsidR="00766EDA" w:rsidRPr="00156DE5">
        <w:rPr>
          <w:rFonts w:ascii="Bookman Old Style" w:hAnsi="Bookman Old Style"/>
          <w:sz w:val="20"/>
          <w:szCs w:val="20"/>
        </w:rPr>
        <w:br/>
      </w:r>
    </w:p>
    <w:p w:rsidR="00156DE5" w:rsidRDefault="00156DE5" w:rsidP="00981711">
      <w:pPr>
        <w:spacing w:after="0" w:line="240" w:lineRule="auto"/>
        <w:jc w:val="both"/>
        <w:rPr>
          <w:rFonts w:ascii="Bookman Old Style" w:hAnsi="Bookman Old Style"/>
          <w:b/>
          <w:sz w:val="20"/>
          <w:szCs w:val="20"/>
          <w:lang w:val="id-ID"/>
        </w:rPr>
      </w:pPr>
    </w:p>
    <w:p w:rsidR="00AB1DA2" w:rsidRPr="00156DE5" w:rsidRDefault="00156DE5" w:rsidP="00981711">
      <w:pPr>
        <w:spacing w:after="0" w:line="240" w:lineRule="auto"/>
        <w:rPr>
          <w:rFonts w:ascii="Bookman Old Style" w:hAnsi="Bookman Old Style"/>
          <w:sz w:val="20"/>
          <w:szCs w:val="20"/>
          <w:lang w:val="id-ID"/>
        </w:rPr>
      </w:pPr>
      <w:proofErr w:type="spellStart"/>
      <w:proofErr w:type="gramStart"/>
      <w:r>
        <w:rPr>
          <w:rFonts w:ascii="Bookman Old Style" w:hAnsi="Bookman Old Style"/>
          <w:b/>
          <w:sz w:val="20"/>
          <w:szCs w:val="20"/>
        </w:rPr>
        <w:t>Kepada</w:t>
      </w:r>
      <w:proofErr w:type="spellEnd"/>
      <w:r>
        <w:rPr>
          <w:rFonts w:ascii="Bookman Old Style" w:hAnsi="Bookman Old Style"/>
          <w:b/>
          <w:sz w:val="20"/>
          <w:szCs w:val="20"/>
        </w:rPr>
        <w:t xml:space="preserve"> </w:t>
      </w:r>
      <w:proofErr w:type="spellStart"/>
      <w:r>
        <w:rPr>
          <w:rFonts w:ascii="Bookman Old Style" w:hAnsi="Bookman Old Style"/>
          <w:b/>
          <w:sz w:val="20"/>
          <w:szCs w:val="20"/>
        </w:rPr>
        <w:t>Yth</w:t>
      </w:r>
      <w:proofErr w:type="spellEnd"/>
      <w:r w:rsidR="00766EDA" w:rsidRPr="00156DE5">
        <w:rPr>
          <w:rFonts w:ascii="Bookman Old Style" w:hAnsi="Bookman Old Style"/>
          <w:b/>
          <w:sz w:val="20"/>
          <w:szCs w:val="20"/>
        </w:rPr>
        <w:br/>
      </w:r>
      <w:proofErr w:type="spellStart"/>
      <w:r>
        <w:rPr>
          <w:rFonts w:ascii="Bookman Old Style" w:hAnsi="Bookman Old Style"/>
          <w:sz w:val="20"/>
          <w:szCs w:val="20"/>
        </w:rPr>
        <w:t>Kepala</w:t>
      </w:r>
      <w:proofErr w:type="spellEnd"/>
      <w:r>
        <w:rPr>
          <w:rFonts w:ascii="Bookman Old Style" w:hAnsi="Bookman Old Style"/>
          <w:sz w:val="20"/>
          <w:szCs w:val="20"/>
        </w:rPr>
        <w:t xml:space="preserve"> </w:t>
      </w:r>
      <w:r w:rsidR="004E5CC8">
        <w:rPr>
          <w:rFonts w:ascii="Bookman Old Style" w:hAnsi="Bookman Old Style"/>
          <w:sz w:val="20"/>
          <w:szCs w:val="20"/>
        </w:rPr>
        <w:t>DPMPTSP</w:t>
      </w:r>
      <w:r w:rsidR="004E5CC8">
        <w:rPr>
          <w:rFonts w:ascii="Bookman Old Style" w:hAnsi="Bookman Old Style"/>
          <w:sz w:val="20"/>
          <w:szCs w:val="20"/>
        </w:rPr>
        <w:br/>
      </w:r>
      <w:proofErr w:type="spellStart"/>
      <w:r w:rsidR="004E5CC8">
        <w:rPr>
          <w:rFonts w:ascii="Bookman Old Style" w:hAnsi="Bookman Old Style"/>
          <w:sz w:val="20"/>
          <w:szCs w:val="20"/>
        </w:rPr>
        <w:t>Kab</w:t>
      </w:r>
      <w:proofErr w:type="spellEnd"/>
      <w:r w:rsidR="004E5CC8">
        <w:rPr>
          <w:rFonts w:ascii="Bookman Old Style" w:hAnsi="Bookman Old Style"/>
          <w:sz w:val="20"/>
          <w:szCs w:val="20"/>
          <w:lang w:val="id-ID"/>
        </w:rPr>
        <w:t>.</w:t>
      </w:r>
      <w:proofErr w:type="gramEnd"/>
      <w:r>
        <w:rPr>
          <w:rFonts w:ascii="Bookman Old Style" w:hAnsi="Bookman Old Style"/>
          <w:sz w:val="20"/>
          <w:szCs w:val="20"/>
          <w:lang w:val="id-ID"/>
        </w:rPr>
        <w:t xml:space="preserve"> Malinau</w:t>
      </w:r>
      <w:r w:rsidR="00766EDA" w:rsidRPr="00156DE5">
        <w:rPr>
          <w:rFonts w:ascii="Bookman Old Style" w:hAnsi="Bookman Old Style"/>
          <w:sz w:val="20"/>
          <w:szCs w:val="20"/>
        </w:rPr>
        <w:br/>
      </w:r>
      <w:r>
        <w:rPr>
          <w:rFonts w:ascii="Bookman Old Style" w:hAnsi="Bookman Old Style"/>
          <w:sz w:val="20"/>
          <w:szCs w:val="20"/>
        </w:rPr>
        <w:t>di</w:t>
      </w:r>
      <w:r>
        <w:rPr>
          <w:rFonts w:ascii="Bookman Old Style" w:hAnsi="Bookman Old Style"/>
          <w:sz w:val="20"/>
          <w:szCs w:val="20"/>
        </w:rPr>
        <w:br/>
        <w:t xml:space="preserve">    </w:t>
      </w:r>
      <w:r w:rsidRPr="00156DE5">
        <w:rPr>
          <w:rFonts w:ascii="Bookman Old Style" w:hAnsi="Bookman Old Style"/>
          <w:sz w:val="20"/>
          <w:szCs w:val="20"/>
          <w:u w:val="single"/>
          <w:lang w:val="id-ID"/>
        </w:rPr>
        <w:t>Tempat</w:t>
      </w:r>
      <w:r>
        <w:rPr>
          <w:rFonts w:ascii="Bookman Old Style" w:hAnsi="Bookman Old Style"/>
          <w:sz w:val="20"/>
          <w:szCs w:val="20"/>
          <w:u w:val="single"/>
          <w:lang w:val="id-ID"/>
        </w:rPr>
        <w:t>.</w:t>
      </w:r>
    </w:p>
    <w:p w:rsidR="00156DE5" w:rsidRDefault="00156DE5" w:rsidP="00981711">
      <w:pPr>
        <w:spacing w:after="0" w:line="240" w:lineRule="auto"/>
        <w:jc w:val="both"/>
        <w:rPr>
          <w:rFonts w:ascii="Bookman Old Style" w:hAnsi="Bookman Old Style"/>
          <w:sz w:val="20"/>
          <w:szCs w:val="20"/>
          <w:lang w:val="id-ID"/>
        </w:rPr>
      </w:pPr>
    </w:p>
    <w:p w:rsidR="00156DE5" w:rsidRDefault="00156DE5" w:rsidP="00981711">
      <w:pPr>
        <w:spacing w:after="0" w:line="240" w:lineRule="auto"/>
        <w:jc w:val="both"/>
        <w:rPr>
          <w:rFonts w:ascii="Bookman Old Style" w:hAnsi="Bookman Old Style"/>
          <w:sz w:val="20"/>
          <w:szCs w:val="20"/>
          <w:lang w:val="id-ID"/>
        </w:rPr>
      </w:pPr>
    </w:p>
    <w:p w:rsidR="00AB1DA2" w:rsidRPr="00156DE5" w:rsidRDefault="00766EDA" w:rsidP="00981711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proofErr w:type="spellStart"/>
      <w:r w:rsidRPr="00156DE5">
        <w:rPr>
          <w:rFonts w:ascii="Bookman Old Style" w:hAnsi="Bookman Old Style"/>
          <w:sz w:val="20"/>
          <w:szCs w:val="20"/>
        </w:rPr>
        <w:t>Dengan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156DE5">
        <w:rPr>
          <w:rFonts w:ascii="Bookman Old Style" w:hAnsi="Bookman Old Style"/>
          <w:sz w:val="20"/>
          <w:szCs w:val="20"/>
        </w:rPr>
        <w:t>hormat</w:t>
      </w:r>
      <w:proofErr w:type="spellEnd"/>
      <w:r w:rsidRPr="00156DE5">
        <w:rPr>
          <w:rFonts w:ascii="Bookman Old Style" w:hAnsi="Bookman Old Style"/>
          <w:sz w:val="20"/>
          <w:szCs w:val="20"/>
        </w:rPr>
        <w:t>,</w:t>
      </w:r>
    </w:p>
    <w:p w:rsidR="00AB1DA2" w:rsidRPr="00156DE5" w:rsidRDefault="00766EDA" w:rsidP="00981711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156DE5">
        <w:rPr>
          <w:rFonts w:ascii="Bookman Old Style" w:hAnsi="Bookman Old Style"/>
          <w:sz w:val="20"/>
          <w:szCs w:val="20"/>
        </w:rPr>
        <w:t>Yang bertanda tangan di bawah ini: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68"/>
        <w:gridCol w:w="432"/>
        <w:gridCol w:w="5760"/>
      </w:tblGrid>
      <w:tr w:rsidR="00AB1DA2" w:rsidRPr="00156DE5" w:rsidTr="002F732E">
        <w:tc>
          <w:tcPr>
            <w:tcW w:w="3168" w:type="dxa"/>
          </w:tcPr>
          <w:p w:rsidR="00AB1DA2" w:rsidRPr="00156DE5" w:rsidRDefault="00156DE5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Nama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Lengkap</w:t>
            </w:r>
            <w:proofErr w:type="spellEnd"/>
          </w:p>
        </w:tc>
        <w:tc>
          <w:tcPr>
            <w:tcW w:w="432" w:type="dxa"/>
          </w:tcPr>
          <w:p w:rsidR="00AB1DA2" w:rsidRPr="00156DE5" w:rsidRDefault="00766EDA" w:rsidP="00037BCB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:</w:t>
            </w:r>
          </w:p>
        </w:tc>
        <w:tc>
          <w:tcPr>
            <w:tcW w:w="5760" w:type="dxa"/>
          </w:tcPr>
          <w:p w:rsidR="00AB1DA2" w:rsidRPr="00981711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............</w:t>
            </w:r>
            <w:r w:rsidR="00156DE5">
              <w:rPr>
                <w:rFonts w:ascii="Bookman Old Style" w:hAnsi="Bookman Old Style"/>
                <w:sz w:val="20"/>
                <w:szCs w:val="20"/>
              </w:rPr>
              <w:t>..................</w:t>
            </w:r>
            <w:r w:rsidR="00156DE5" w:rsidRPr="00156DE5">
              <w:rPr>
                <w:rFonts w:ascii="Bookman Old Style" w:hAnsi="Bookman Old Style"/>
                <w:sz w:val="20"/>
                <w:szCs w:val="20"/>
              </w:rPr>
              <w:t>........</w:t>
            </w:r>
            <w:r w:rsidRPr="00156DE5">
              <w:rPr>
                <w:rFonts w:ascii="Bookman Old Style" w:hAnsi="Bookman Old Style"/>
                <w:sz w:val="20"/>
                <w:szCs w:val="20"/>
              </w:rPr>
              <w:t>...............</w:t>
            </w:r>
            <w:r w:rsidR="00156DE5">
              <w:rPr>
                <w:rFonts w:ascii="Bookman Old Style" w:hAnsi="Bookman Old Style"/>
                <w:sz w:val="20"/>
                <w:szCs w:val="20"/>
              </w:rPr>
              <w:t>...............................</w:t>
            </w:r>
            <w:r w:rsidR="00981711">
              <w:rPr>
                <w:rFonts w:ascii="Bookman Old Style" w:hAnsi="Bookman Old Style"/>
                <w:sz w:val="20"/>
                <w:szCs w:val="20"/>
                <w:lang w:val="id-ID"/>
              </w:rPr>
              <w:t>..</w:t>
            </w:r>
          </w:p>
        </w:tc>
      </w:tr>
      <w:tr w:rsidR="00AB1DA2" w:rsidRPr="00156DE5" w:rsidTr="002F732E">
        <w:tc>
          <w:tcPr>
            <w:tcW w:w="3168" w:type="dxa"/>
          </w:tcPr>
          <w:p w:rsidR="00AB1DA2" w:rsidRPr="00156DE5" w:rsidRDefault="00156DE5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Tempat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>/</w:t>
            </w:r>
            <w:proofErr w:type="spellStart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>Tanggal</w:t>
            </w:r>
            <w:proofErr w:type="spellEnd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>Lahir</w:t>
            </w:r>
            <w:proofErr w:type="spellEnd"/>
          </w:p>
        </w:tc>
        <w:tc>
          <w:tcPr>
            <w:tcW w:w="432" w:type="dxa"/>
          </w:tcPr>
          <w:p w:rsidR="00AB1DA2" w:rsidRPr="00156DE5" w:rsidRDefault="00766EDA" w:rsidP="00037BCB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:</w:t>
            </w:r>
          </w:p>
        </w:tc>
        <w:tc>
          <w:tcPr>
            <w:tcW w:w="5760" w:type="dxa"/>
          </w:tcPr>
          <w:p w:rsidR="00AB1DA2" w:rsidRPr="00981711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........</w:t>
            </w:r>
            <w:r w:rsidR="00156DE5">
              <w:rPr>
                <w:rFonts w:ascii="Bookman Old Style" w:hAnsi="Bookman Old Style"/>
                <w:sz w:val="20"/>
                <w:szCs w:val="20"/>
              </w:rPr>
              <w:t>.............................</w:t>
            </w:r>
            <w:r w:rsidR="00156DE5" w:rsidRPr="00156DE5">
              <w:rPr>
                <w:rFonts w:ascii="Bookman Old Style" w:hAnsi="Bookman Old Style"/>
                <w:sz w:val="20"/>
                <w:szCs w:val="20"/>
              </w:rPr>
              <w:t>.............................</w:t>
            </w:r>
            <w:r w:rsidR="00156DE5">
              <w:rPr>
                <w:rFonts w:ascii="Bookman Old Style" w:hAnsi="Bookman Old Style"/>
                <w:sz w:val="20"/>
                <w:szCs w:val="20"/>
              </w:rPr>
              <w:t>..................</w:t>
            </w:r>
            <w:r w:rsidR="00981711">
              <w:rPr>
                <w:rFonts w:ascii="Bookman Old Style" w:hAnsi="Bookman Old Style"/>
                <w:sz w:val="20"/>
                <w:szCs w:val="20"/>
                <w:lang w:val="id-ID"/>
              </w:rPr>
              <w:t>..</w:t>
            </w:r>
          </w:p>
        </w:tc>
      </w:tr>
      <w:tr w:rsidR="00AB1DA2" w:rsidRPr="00156DE5" w:rsidTr="002F732E">
        <w:tc>
          <w:tcPr>
            <w:tcW w:w="3168" w:type="dxa"/>
          </w:tcPr>
          <w:p w:rsidR="00AB1DA2" w:rsidRPr="00156DE5" w:rsidRDefault="00156DE5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Alamat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Rumah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>/</w:t>
            </w:r>
            <w:proofErr w:type="spellStart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>Domisili</w:t>
            </w:r>
            <w:proofErr w:type="spellEnd"/>
          </w:p>
        </w:tc>
        <w:tc>
          <w:tcPr>
            <w:tcW w:w="432" w:type="dxa"/>
          </w:tcPr>
          <w:p w:rsidR="00AB1DA2" w:rsidRPr="00156DE5" w:rsidRDefault="00766EDA" w:rsidP="00037BCB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:</w:t>
            </w:r>
          </w:p>
        </w:tc>
        <w:tc>
          <w:tcPr>
            <w:tcW w:w="5760" w:type="dxa"/>
          </w:tcPr>
          <w:p w:rsidR="00AB1DA2" w:rsidRPr="00981711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......</w:t>
            </w:r>
            <w:r w:rsidR="00156DE5">
              <w:rPr>
                <w:rFonts w:ascii="Bookman Old Style" w:hAnsi="Bookman Old Style"/>
                <w:sz w:val="20"/>
                <w:szCs w:val="20"/>
              </w:rPr>
              <w:t>..............................</w:t>
            </w:r>
            <w:r w:rsidR="00156DE5" w:rsidRPr="00156DE5">
              <w:rPr>
                <w:rFonts w:ascii="Bookman Old Style" w:hAnsi="Bookman Old Style"/>
                <w:sz w:val="20"/>
                <w:szCs w:val="20"/>
              </w:rPr>
              <w:t>............................</w:t>
            </w:r>
            <w:r w:rsidRPr="00156DE5">
              <w:rPr>
                <w:rFonts w:ascii="Bookman Old Style" w:hAnsi="Bookman Old Style"/>
                <w:sz w:val="20"/>
                <w:szCs w:val="20"/>
              </w:rPr>
              <w:t>....................</w:t>
            </w:r>
            <w:r w:rsidR="00981711">
              <w:rPr>
                <w:rFonts w:ascii="Bookman Old Style" w:hAnsi="Bookman Old Style"/>
                <w:sz w:val="20"/>
                <w:szCs w:val="20"/>
                <w:lang w:val="id-ID"/>
              </w:rPr>
              <w:t>..</w:t>
            </w:r>
          </w:p>
        </w:tc>
      </w:tr>
      <w:tr w:rsidR="00AB1DA2" w:rsidRPr="00156DE5" w:rsidTr="002F732E">
        <w:tc>
          <w:tcPr>
            <w:tcW w:w="3168" w:type="dxa"/>
          </w:tcPr>
          <w:p w:rsidR="00AB1DA2" w:rsidRPr="00156DE5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Nomor STR</w:t>
            </w:r>
          </w:p>
        </w:tc>
        <w:tc>
          <w:tcPr>
            <w:tcW w:w="432" w:type="dxa"/>
          </w:tcPr>
          <w:p w:rsidR="00AB1DA2" w:rsidRPr="00156DE5" w:rsidRDefault="00766EDA" w:rsidP="00037BCB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:</w:t>
            </w:r>
          </w:p>
        </w:tc>
        <w:tc>
          <w:tcPr>
            <w:tcW w:w="5760" w:type="dxa"/>
          </w:tcPr>
          <w:p w:rsidR="00AB1DA2" w:rsidRPr="00981711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...</w:t>
            </w:r>
            <w:r w:rsidR="00156DE5">
              <w:rPr>
                <w:rFonts w:ascii="Bookman Old Style" w:hAnsi="Bookman Old Style"/>
                <w:sz w:val="20"/>
                <w:szCs w:val="20"/>
              </w:rPr>
              <w:t>...........................</w:t>
            </w:r>
            <w:r w:rsidRPr="00156DE5">
              <w:rPr>
                <w:rFonts w:ascii="Bookman Old Style" w:hAnsi="Bookman Old Style"/>
                <w:sz w:val="20"/>
                <w:szCs w:val="20"/>
              </w:rPr>
              <w:t>..</w:t>
            </w:r>
            <w:r w:rsidR="00156DE5" w:rsidRPr="00156DE5">
              <w:rPr>
                <w:rFonts w:ascii="Bookman Old Style" w:hAnsi="Bookman Old Style"/>
                <w:sz w:val="20"/>
                <w:szCs w:val="20"/>
              </w:rPr>
              <w:t>.........................</w:t>
            </w:r>
            <w:r w:rsidRPr="00156DE5">
              <w:rPr>
                <w:rFonts w:ascii="Bookman Old Style" w:hAnsi="Bookman Old Style"/>
                <w:sz w:val="20"/>
                <w:szCs w:val="20"/>
              </w:rPr>
              <w:t>..........................</w:t>
            </w:r>
            <w:r w:rsidR="00981711">
              <w:rPr>
                <w:rFonts w:ascii="Bookman Old Style" w:hAnsi="Bookman Old Style"/>
                <w:sz w:val="20"/>
                <w:szCs w:val="20"/>
                <w:lang w:val="id-ID"/>
              </w:rPr>
              <w:t>...</w:t>
            </w:r>
          </w:p>
        </w:tc>
      </w:tr>
      <w:tr w:rsidR="00AB1DA2" w:rsidRPr="00156DE5" w:rsidTr="002F732E">
        <w:tc>
          <w:tcPr>
            <w:tcW w:w="3168" w:type="dxa"/>
          </w:tcPr>
          <w:p w:rsidR="00AB1DA2" w:rsidRPr="00156DE5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Nomor HP / Telepon</w:t>
            </w:r>
          </w:p>
        </w:tc>
        <w:tc>
          <w:tcPr>
            <w:tcW w:w="432" w:type="dxa"/>
          </w:tcPr>
          <w:p w:rsidR="00AB1DA2" w:rsidRPr="00156DE5" w:rsidRDefault="00766EDA" w:rsidP="00037BCB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:</w:t>
            </w:r>
          </w:p>
        </w:tc>
        <w:tc>
          <w:tcPr>
            <w:tcW w:w="5760" w:type="dxa"/>
          </w:tcPr>
          <w:p w:rsidR="00AB1DA2" w:rsidRPr="00981711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......</w:t>
            </w:r>
            <w:r w:rsidR="00156DE5">
              <w:rPr>
                <w:rFonts w:ascii="Bookman Old Style" w:hAnsi="Bookman Old Style"/>
                <w:sz w:val="20"/>
                <w:szCs w:val="20"/>
              </w:rPr>
              <w:t>...........................</w:t>
            </w:r>
            <w:r w:rsidR="00156DE5" w:rsidRPr="00156DE5">
              <w:rPr>
                <w:rFonts w:ascii="Bookman Old Style" w:hAnsi="Bookman Old Style"/>
                <w:sz w:val="20"/>
                <w:szCs w:val="20"/>
              </w:rPr>
              <w:t>...............................</w:t>
            </w:r>
            <w:r w:rsidRPr="00156DE5">
              <w:rPr>
                <w:rFonts w:ascii="Bookman Old Style" w:hAnsi="Bookman Old Style"/>
                <w:sz w:val="20"/>
                <w:szCs w:val="20"/>
              </w:rPr>
              <w:t>....................</w:t>
            </w:r>
            <w:r w:rsidR="00981711">
              <w:rPr>
                <w:rFonts w:ascii="Bookman Old Style" w:hAnsi="Bookman Old Style"/>
                <w:sz w:val="20"/>
                <w:szCs w:val="20"/>
                <w:lang w:val="id-ID"/>
              </w:rPr>
              <w:t>..</w:t>
            </w:r>
          </w:p>
        </w:tc>
      </w:tr>
      <w:tr w:rsidR="00AB1DA2" w:rsidRPr="00156DE5" w:rsidTr="002F732E">
        <w:tc>
          <w:tcPr>
            <w:tcW w:w="3168" w:type="dxa"/>
          </w:tcPr>
          <w:p w:rsidR="00AB1DA2" w:rsidRPr="00156DE5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 w:rsidRPr="00156DE5">
              <w:rPr>
                <w:rFonts w:ascii="Bookman Old Style" w:hAnsi="Bookman Old Style"/>
                <w:sz w:val="20"/>
                <w:szCs w:val="20"/>
              </w:rPr>
              <w:t>Jenis</w:t>
            </w:r>
            <w:proofErr w:type="spellEnd"/>
            <w:r w:rsidRPr="00156DE5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156DE5">
              <w:rPr>
                <w:rFonts w:ascii="Bookman Old Style" w:hAnsi="Bookman Old Style"/>
                <w:sz w:val="20"/>
                <w:szCs w:val="20"/>
              </w:rPr>
              <w:t>Tenaga</w:t>
            </w:r>
            <w:proofErr w:type="spellEnd"/>
            <w:r w:rsidRPr="00156DE5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156DE5">
              <w:rPr>
                <w:rFonts w:ascii="Bookman Old Style" w:hAnsi="Bookman Old Style"/>
                <w:sz w:val="20"/>
                <w:szCs w:val="20"/>
              </w:rPr>
              <w:t>Kesehatan</w:t>
            </w:r>
            <w:proofErr w:type="spellEnd"/>
            <w:r w:rsidR="00156DE5"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/ Tenaga Medis </w:t>
            </w:r>
          </w:p>
        </w:tc>
        <w:tc>
          <w:tcPr>
            <w:tcW w:w="432" w:type="dxa"/>
          </w:tcPr>
          <w:p w:rsidR="00AB1DA2" w:rsidRPr="00156DE5" w:rsidRDefault="00766EDA" w:rsidP="00037BCB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:</w:t>
            </w:r>
          </w:p>
        </w:tc>
        <w:tc>
          <w:tcPr>
            <w:tcW w:w="5760" w:type="dxa"/>
          </w:tcPr>
          <w:p w:rsidR="00AB1DA2" w:rsidRPr="00156DE5" w:rsidRDefault="00037BCB" w:rsidP="00037BCB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[  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 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]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Dokter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/[ 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  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]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Bidan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>/[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  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 ]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Perawat</w:t>
            </w:r>
            <w:proofErr w:type="spellEnd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>/</w:t>
            </w:r>
            <w:r>
              <w:rPr>
                <w:rFonts w:ascii="Bookman Old Style" w:hAnsi="Bookman Old Style"/>
                <w:sz w:val="20"/>
                <w:szCs w:val="20"/>
              </w:rPr>
              <w:t>[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    </w:t>
            </w:r>
            <w:r w:rsidR="00766EDA" w:rsidRPr="00156DE5">
              <w:rPr>
                <w:rFonts w:ascii="Bookman Old Style" w:hAnsi="Bookman Old Style"/>
                <w:sz w:val="20"/>
                <w:szCs w:val="20"/>
              </w:rPr>
              <w:t xml:space="preserve">] </w:t>
            </w:r>
            <w:proofErr w:type="spellStart"/>
            <w:r w:rsidR="00156DE5">
              <w:rPr>
                <w:rFonts w:ascii="Bookman Old Style" w:hAnsi="Bookman Old Style"/>
                <w:sz w:val="20"/>
                <w:szCs w:val="20"/>
              </w:rPr>
              <w:t>Apoteker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/       </w:t>
            </w:r>
            <w:r w:rsidR="00156DE5">
              <w:rPr>
                <w:rFonts w:ascii="Bookman Old Style" w:hAnsi="Bookman Old Style"/>
                <w:sz w:val="20"/>
                <w:szCs w:val="20"/>
              </w:rPr>
              <w:t>[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 </w:t>
            </w:r>
            <w:r w:rsidR="00156DE5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 </w:t>
            </w:r>
            <w:r w:rsidR="00156DE5">
              <w:rPr>
                <w:rFonts w:ascii="Bookman Old Style" w:hAnsi="Bookman Old Style"/>
                <w:sz w:val="20"/>
                <w:szCs w:val="20"/>
              </w:rPr>
              <w:t xml:space="preserve"> ] 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Lainnya </w:t>
            </w:r>
            <w:r w:rsidR="00156DE5">
              <w:rPr>
                <w:rFonts w:ascii="Bookman Old Style" w:hAnsi="Bookman Old Style"/>
                <w:sz w:val="20"/>
                <w:szCs w:val="20"/>
                <w:lang w:val="id-ID"/>
              </w:rPr>
              <w:t>....................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................</w:t>
            </w:r>
            <w:r w:rsidR="00766EDA" w:rsidRPr="00156DE5">
              <w:rPr>
                <w:rFonts w:ascii="Bookman Old Style" w:hAnsi="Bookman Old Style"/>
                <w:sz w:val="20"/>
                <w:szCs w:val="20"/>
              </w:rPr>
              <w:t>*(</w:t>
            </w:r>
            <w:proofErr w:type="spellStart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>Silang</w:t>
            </w:r>
            <w:proofErr w:type="spellEnd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>salah</w:t>
            </w:r>
            <w:proofErr w:type="spellEnd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>satu</w:t>
            </w:r>
            <w:proofErr w:type="spellEnd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>)</w:t>
            </w:r>
          </w:p>
        </w:tc>
      </w:tr>
    </w:tbl>
    <w:p w:rsidR="00AB1DA2" w:rsidRPr="00156DE5" w:rsidRDefault="00766EDA" w:rsidP="00981711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156DE5">
        <w:rPr>
          <w:rFonts w:ascii="Bookman Old Style" w:hAnsi="Bookman Old Style"/>
          <w:sz w:val="20"/>
          <w:szCs w:val="20"/>
        </w:rPr>
        <w:br/>
        <w:t>Dengan ini mengajukan permohonan pencabutan Surat Izin Praktik (SIP) dengan rincian sebagai berikut: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68"/>
        <w:gridCol w:w="432"/>
        <w:gridCol w:w="5761"/>
      </w:tblGrid>
      <w:tr w:rsidR="00AB1DA2" w:rsidRPr="00156DE5" w:rsidTr="002F732E">
        <w:tc>
          <w:tcPr>
            <w:tcW w:w="3168" w:type="dxa"/>
          </w:tcPr>
          <w:p w:rsidR="00AB1DA2" w:rsidRPr="00156DE5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Nomor SIP yang Dicabut</w:t>
            </w:r>
          </w:p>
        </w:tc>
        <w:tc>
          <w:tcPr>
            <w:tcW w:w="432" w:type="dxa"/>
          </w:tcPr>
          <w:p w:rsidR="00AB1DA2" w:rsidRPr="00156DE5" w:rsidRDefault="00766EDA" w:rsidP="00037BCB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:</w:t>
            </w:r>
          </w:p>
        </w:tc>
        <w:tc>
          <w:tcPr>
            <w:tcW w:w="5761" w:type="dxa"/>
          </w:tcPr>
          <w:p w:rsidR="00AB1DA2" w:rsidRPr="004B455D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...........................................................</w:t>
            </w:r>
            <w:r w:rsidR="004B455D">
              <w:rPr>
                <w:rFonts w:ascii="Bookman Old Style" w:hAnsi="Bookman Old Style"/>
                <w:sz w:val="20"/>
                <w:szCs w:val="20"/>
              </w:rPr>
              <w:t>...........................</w:t>
            </w:r>
          </w:p>
        </w:tc>
      </w:tr>
      <w:tr w:rsidR="00AB1DA2" w:rsidRPr="00156DE5" w:rsidTr="002F732E">
        <w:tc>
          <w:tcPr>
            <w:tcW w:w="3168" w:type="dxa"/>
          </w:tcPr>
          <w:p w:rsidR="00AB1DA2" w:rsidRPr="00156DE5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Nama Tempat Praktik / Faskes</w:t>
            </w:r>
          </w:p>
        </w:tc>
        <w:tc>
          <w:tcPr>
            <w:tcW w:w="432" w:type="dxa"/>
          </w:tcPr>
          <w:p w:rsidR="00AB1DA2" w:rsidRPr="00156DE5" w:rsidRDefault="00766EDA" w:rsidP="00037BCB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:</w:t>
            </w:r>
          </w:p>
        </w:tc>
        <w:tc>
          <w:tcPr>
            <w:tcW w:w="5761" w:type="dxa"/>
          </w:tcPr>
          <w:p w:rsidR="00AB1DA2" w:rsidRPr="004B455D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...........................................................</w:t>
            </w:r>
            <w:r w:rsidR="004B455D">
              <w:rPr>
                <w:rFonts w:ascii="Bookman Old Style" w:hAnsi="Bookman Old Style"/>
                <w:sz w:val="20"/>
                <w:szCs w:val="20"/>
              </w:rPr>
              <w:t>...........................</w:t>
            </w:r>
          </w:p>
        </w:tc>
      </w:tr>
      <w:tr w:rsidR="00AB1DA2" w:rsidRPr="00156DE5" w:rsidTr="002F732E">
        <w:tc>
          <w:tcPr>
            <w:tcW w:w="3168" w:type="dxa"/>
          </w:tcPr>
          <w:p w:rsidR="00AB1DA2" w:rsidRPr="00156DE5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Alamat Tempat Praktik</w:t>
            </w:r>
          </w:p>
        </w:tc>
        <w:tc>
          <w:tcPr>
            <w:tcW w:w="432" w:type="dxa"/>
          </w:tcPr>
          <w:p w:rsidR="00AB1DA2" w:rsidRPr="00156DE5" w:rsidRDefault="00766EDA" w:rsidP="00037BCB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:</w:t>
            </w:r>
          </w:p>
        </w:tc>
        <w:tc>
          <w:tcPr>
            <w:tcW w:w="5761" w:type="dxa"/>
          </w:tcPr>
          <w:p w:rsidR="00AB1DA2" w:rsidRPr="004B455D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...........................................................</w:t>
            </w:r>
            <w:r w:rsidR="004B455D">
              <w:rPr>
                <w:rFonts w:ascii="Bookman Old Style" w:hAnsi="Bookman Old Style"/>
                <w:sz w:val="20"/>
                <w:szCs w:val="20"/>
              </w:rPr>
              <w:t>...........................</w:t>
            </w:r>
          </w:p>
        </w:tc>
      </w:tr>
      <w:tr w:rsidR="00156DE5" w:rsidRPr="00156DE5" w:rsidTr="002F732E">
        <w:tc>
          <w:tcPr>
            <w:tcW w:w="3168" w:type="dxa"/>
          </w:tcPr>
          <w:p w:rsidR="00156DE5" w:rsidRPr="00156DE5" w:rsidRDefault="00156DE5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</w:tc>
        <w:tc>
          <w:tcPr>
            <w:tcW w:w="432" w:type="dxa"/>
          </w:tcPr>
          <w:p w:rsidR="00156DE5" w:rsidRPr="00156DE5" w:rsidRDefault="00156DE5" w:rsidP="00037BCB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761" w:type="dxa"/>
          </w:tcPr>
          <w:p w:rsidR="00156DE5" w:rsidRPr="00156DE5" w:rsidRDefault="00156DE5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B1DA2" w:rsidRPr="00156DE5" w:rsidTr="002F732E">
        <w:tc>
          <w:tcPr>
            <w:tcW w:w="3168" w:type="dxa"/>
          </w:tcPr>
          <w:p w:rsidR="00AB1DA2" w:rsidRDefault="00766EDA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 w:rsidRPr="00156DE5">
              <w:rPr>
                <w:rFonts w:ascii="Bookman Old Style" w:hAnsi="Bookman Old Style"/>
                <w:sz w:val="20"/>
                <w:szCs w:val="20"/>
              </w:rPr>
              <w:t>Alasan</w:t>
            </w:r>
            <w:proofErr w:type="spellEnd"/>
            <w:r w:rsidRPr="00156DE5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156DE5">
              <w:rPr>
                <w:rFonts w:ascii="Bookman Old Style" w:hAnsi="Bookman Old Style"/>
                <w:sz w:val="20"/>
                <w:szCs w:val="20"/>
              </w:rPr>
              <w:t>Pencabutan</w:t>
            </w:r>
            <w:proofErr w:type="spellEnd"/>
            <w:r w:rsidRPr="00156DE5">
              <w:rPr>
                <w:rFonts w:ascii="Bookman Old Style" w:hAnsi="Bookman Old Style"/>
                <w:sz w:val="20"/>
                <w:szCs w:val="20"/>
              </w:rPr>
              <w:t xml:space="preserve"> SIP</w:t>
            </w:r>
          </w:p>
          <w:p w:rsidR="004B455D" w:rsidRDefault="004B455D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4B455D" w:rsidRPr="004B455D" w:rsidRDefault="004B455D" w:rsidP="00981711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Alasan lainnya (jelaskan)</w:t>
            </w:r>
          </w:p>
        </w:tc>
        <w:tc>
          <w:tcPr>
            <w:tcW w:w="432" w:type="dxa"/>
          </w:tcPr>
          <w:p w:rsidR="00AB1DA2" w:rsidRDefault="00766EDA" w:rsidP="00037BCB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156DE5">
              <w:rPr>
                <w:rFonts w:ascii="Bookman Old Style" w:hAnsi="Bookman Old Style"/>
                <w:sz w:val="20"/>
                <w:szCs w:val="20"/>
              </w:rPr>
              <w:t>:</w:t>
            </w:r>
          </w:p>
          <w:p w:rsidR="004B455D" w:rsidRDefault="004B455D" w:rsidP="00037BCB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4B455D" w:rsidRPr="004B455D" w:rsidRDefault="004B455D" w:rsidP="00037BCB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:</w:t>
            </w:r>
          </w:p>
        </w:tc>
        <w:tc>
          <w:tcPr>
            <w:tcW w:w="5761" w:type="dxa"/>
          </w:tcPr>
          <w:p w:rsidR="00AB1DA2" w:rsidRDefault="004B455D" w:rsidP="004B455D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[ </w:t>
            </w:r>
            <w:r w:rsidR="00766EDA" w:rsidRPr="00156DE5">
              <w:rPr>
                <w:rFonts w:ascii="Bookman Old Style" w:hAnsi="Bookman Old Style"/>
                <w:sz w:val="20"/>
                <w:szCs w:val="20"/>
              </w:rPr>
              <w:t xml:space="preserve">] </w:t>
            </w:r>
            <w:proofErr w:type="spellStart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>Pindah</w:t>
            </w:r>
            <w:proofErr w:type="spellEnd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>Faske</w:t>
            </w:r>
            <w:r>
              <w:rPr>
                <w:rFonts w:ascii="Bookman Old Style" w:hAnsi="Bookman Old Style"/>
                <w:sz w:val="20"/>
                <w:szCs w:val="20"/>
              </w:rPr>
              <w:t>s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Baru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/[ ]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Pindah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Domisili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="00766EDA" w:rsidRPr="00156DE5">
              <w:rPr>
                <w:rFonts w:ascii="Bookman Old Style" w:hAnsi="Bookman Old Style"/>
                <w:sz w:val="20"/>
                <w:szCs w:val="20"/>
              </w:rPr>
              <w:br/>
              <w:t xml:space="preserve">[ 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   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]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Selesai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Masa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Kontrak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>/</w:t>
            </w:r>
            <w:r w:rsidR="00766EDA" w:rsidRPr="00156DE5">
              <w:rPr>
                <w:rFonts w:ascii="Bookman Old Style" w:hAnsi="Bookman Old Style"/>
                <w:sz w:val="20"/>
                <w:szCs w:val="20"/>
              </w:rPr>
              <w:t xml:space="preserve">[  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  </w:t>
            </w:r>
            <w:r w:rsidR="00766EDA" w:rsidRPr="00156DE5">
              <w:rPr>
                <w:rFonts w:ascii="Bookman Old Style" w:hAnsi="Bookman Old Style"/>
                <w:sz w:val="20"/>
                <w:szCs w:val="20"/>
              </w:rPr>
              <w:t xml:space="preserve">] </w:t>
            </w:r>
            <w:proofErr w:type="spellStart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>Alasan</w:t>
            </w:r>
            <w:proofErr w:type="spellEnd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="00766EDA" w:rsidRPr="00156DE5">
              <w:rPr>
                <w:rFonts w:ascii="Bookman Old Style" w:hAnsi="Bookman Old Style"/>
                <w:sz w:val="20"/>
                <w:szCs w:val="20"/>
              </w:rPr>
              <w:t>Lainnya</w:t>
            </w:r>
            <w:proofErr w:type="spellEnd"/>
          </w:p>
          <w:p w:rsidR="004B455D" w:rsidRDefault="004B455D" w:rsidP="004B455D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4B455D" w:rsidRPr="004B455D" w:rsidRDefault="004B455D" w:rsidP="004B455D">
            <w:pPr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</w:tc>
      </w:tr>
    </w:tbl>
    <w:p w:rsidR="00AB1DA2" w:rsidRPr="00156DE5" w:rsidRDefault="00766EDA" w:rsidP="00981711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156DE5">
        <w:rPr>
          <w:rFonts w:ascii="Bookman Old Style" w:hAnsi="Bookman Old Style"/>
          <w:sz w:val="20"/>
          <w:szCs w:val="20"/>
        </w:rPr>
        <w:br/>
        <w:t>Sebagai bahan pertimbangan administrasi, bersama ini saya lampirkan:</w:t>
      </w:r>
    </w:p>
    <w:p w:rsidR="00766EDA" w:rsidRDefault="00981711" w:rsidP="00981711">
      <w:pPr>
        <w:spacing w:after="0" w:line="240" w:lineRule="auto"/>
        <w:rPr>
          <w:rFonts w:ascii="Bookman Old Style" w:hAnsi="Bookman Old Style"/>
          <w:sz w:val="20"/>
          <w:szCs w:val="20"/>
          <w:lang w:val="id-ID"/>
        </w:rPr>
      </w:pPr>
      <w:r>
        <w:rPr>
          <w:rFonts w:ascii="Bookman Old Style" w:hAnsi="Bookman Old Style"/>
          <w:sz w:val="20"/>
          <w:szCs w:val="20"/>
        </w:rPr>
        <w:t xml:space="preserve">1. </w:t>
      </w:r>
      <w:r>
        <w:rPr>
          <w:rFonts w:ascii="Bookman Old Style" w:hAnsi="Bookman Old Style"/>
          <w:sz w:val="20"/>
          <w:szCs w:val="20"/>
          <w:lang w:val="id-ID"/>
        </w:rPr>
        <w:t>Scan a</w:t>
      </w:r>
      <w:proofErr w:type="spellStart"/>
      <w:r w:rsidR="00766EDA" w:rsidRPr="00156DE5">
        <w:rPr>
          <w:rFonts w:ascii="Bookman Old Style" w:hAnsi="Bookman Old Style"/>
          <w:sz w:val="20"/>
          <w:szCs w:val="20"/>
        </w:rPr>
        <w:t>sli</w:t>
      </w:r>
      <w:proofErr w:type="spellEnd"/>
      <w:r w:rsidR="00766EDA"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="00766EDA" w:rsidRPr="00156DE5">
        <w:rPr>
          <w:rFonts w:ascii="Bookman Old Style" w:hAnsi="Bookman Old Style"/>
          <w:sz w:val="20"/>
          <w:szCs w:val="20"/>
        </w:rPr>
        <w:t>Surat</w:t>
      </w:r>
      <w:proofErr w:type="spellEnd"/>
      <w:r w:rsidR="00766EDA"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="00766EDA" w:rsidRPr="00156DE5">
        <w:rPr>
          <w:rFonts w:ascii="Bookman Old Style" w:hAnsi="Bookman Old Style"/>
          <w:sz w:val="20"/>
          <w:szCs w:val="20"/>
        </w:rPr>
        <w:t>Izin</w:t>
      </w:r>
      <w:proofErr w:type="spellEnd"/>
      <w:r w:rsidR="00766EDA"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="00766EDA" w:rsidRPr="00156DE5">
        <w:rPr>
          <w:rFonts w:ascii="Bookman Old Style" w:hAnsi="Bookman Old Style"/>
          <w:sz w:val="20"/>
          <w:szCs w:val="20"/>
        </w:rPr>
        <w:t>Prakti</w:t>
      </w:r>
      <w:r>
        <w:rPr>
          <w:rFonts w:ascii="Bookman Old Style" w:hAnsi="Bookman Old Style"/>
          <w:sz w:val="20"/>
          <w:szCs w:val="20"/>
        </w:rPr>
        <w:t>k</w:t>
      </w:r>
      <w:proofErr w:type="spellEnd"/>
      <w:r>
        <w:rPr>
          <w:rFonts w:ascii="Bookman Old Style" w:hAnsi="Bookman Old Style"/>
          <w:sz w:val="20"/>
          <w:szCs w:val="20"/>
        </w:rPr>
        <w:t xml:space="preserve"> (SIP) yang </w:t>
      </w:r>
      <w:proofErr w:type="spellStart"/>
      <w:r>
        <w:rPr>
          <w:rFonts w:ascii="Bookman Old Style" w:hAnsi="Bookman Old Style"/>
          <w:sz w:val="20"/>
          <w:szCs w:val="20"/>
        </w:rPr>
        <w:t>akan</w:t>
      </w:r>
      <w:proofErr w:type="spellEnd"/>
      <w:r>
        <w:rPr>
          <w:rFonts w:ascii="Bookman Old Style" w:hAnsi="Bookman Old Style"/>
          <w:sz w:val="20"/>
          <w:szCs w:val="20"/>
        </w:rPr>
        <w:t xml:space="preserve"> </w:t>
      </w:r>
      <w:proofErr w:type="spellStart"/>
      <w:r>
        <w:rPr>
          <w:rFonts w:ascii="Bookman Old Style" w:hAnsi="Bookman Old Style"/>
          <w:sz w:val="20"/>
          <w:szCs w:val="20"/>
        </w:rPr>
        <w:t>dicabut</w:t>
      </w:r>
      <w:proofErr w:type="spellEnd"/>
      <w:proofErr w:type="gramStart"/>
      <w:r>
        <w:rPr>
          <w:rFonts w:ascii="Bookman Old Style" w:hAnsi="Bookman Old Style"/>
          <w:sz w:val="20"/>
          <w:szCs w:val="20"/>
        </w:rPr>
        <w:t>;</w:t>
      </w:r>
      <w:proofErr w:type="gramEnd"/>
      <w:r>
        <w:rPr>
          <w:rFonts w:ascii="Bookman Old Style" w:hAnsi="Bookman Old Style"/>
          <w:sz w:val="20"/>
          <w:szCs w:val="20"/>
        </w:rPr>
        <w:br/>
        <w:t xml:space="preserve">2. </w:t>
      </w:r>
      <w:r>
        <w:rPr>
          <w:rFonts w:ascii="Bookman Old Style" w:hAnsi="Bookman Old Style"/>
          <w:sz w:val="20"/>
          <w:szCs w:val="20"/>
          <w:lang w:val="id-ID"/>
        </w:rPr>
        <w:t>Scan asli</w:t>
      </w:r>
      <w:r w:rsidR="00BE4A4D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="00BE4A4D">
        <w:rPr>
          <w:rFonts w:ascii="Bookman Old Style" w:hAnsi="Bookman Old Style"/>
          <w:sz w:val="20"/>
          <w:szCs w:val="20"/>
        </w:rPr>
        <w:t>Kartu</w:t>
      </w:r>
      <w:proofErr w:type="spellEnd"/>
      <w:r w:rsidR="00BE4A4D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="00BE4A4D">
        <w:rPr>
          <w:rFonts w:ascii="Bookman Old Style" w:hAnsi="Bookman Old Style"/>
          <w:sz w:val="20"/>
          <w:szCs w:val="20"/>
        </w:rPr>
        <w:t>Tanda</w:t>
      </w:r>
      <w:proofErr w:type="spellEnd"/>
      <w:r w:rsidR="00BE4A4D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="00BE4A4D">
        <w:rPr>
          <w:rFonts w:ascii="Bookman Old Style" w:hAnsi="Bookman Old Style"/>
          <w:sz w:val="20"/>
          <w:szCs w:val="20"/>
        </w:rPr>
        <w:t>Penduduk</w:t>
      </w:r>
      <w:proofErr w:type="spellEnd"/>
      <w:r w:rsidR="00BE4A4D">
        <w:rPr>
          <w:rFonts w:ascii="Bookman Old Style" w:hAnsi="Bookman Old Style"/>
          <w:sz w:val="20"/>
          <w:szCs w:val="20"/>
        </w:rPr>
        <w:t xml:space="preserve"> (KTP);</w:t>
      </w:r>
      <w:r w:rsidR="00BE4A4D">
        <w:rPr>
          <w:rFonts w:ascii="Bookman Old Style" w:hAnsi="Bookman Old Style"/>
          <w:sz w:val="20"/>
          <w:szCs w:val="20"/>
        </w:rPr>
        <w:br/>
      </w:r>
      <w:r w:rsidR="00BE4A4D">
        <w:rPr>
          <w:rFonts w:ascii="Bookman Old Style" w:hAnsi="Bookman Old Style"/>
          <w:sz w:val="20"/>
          <w:szCs w:val="20"/>
          <w:lang w:val="id-ID"/>
        </w:rPr>
        <w:t>3</w:t>
      </w:r>
      <w:r w:rsidR="00766EDA" w:rsidRPr="00156DE5">
        <w:rPr>
          <w:rFonts w:ascii="Bookman Old Style" w:hAnsi="Bookman Old Style"/>
          <w:sz w:val="20"/>
          <w:szCs w:val="20"/>
        </w:rPr>
        <w:t xml:space="preserve">. </w:t>
      </w:r>
      <w:r>
        <w:rPr>
          <w:rFonts w:ascii="Bookman Old Style" w:hAnsi="Bookman Old Style"/>
          <w:sz w:val="20"/>
          <w:szCs w:val="20"/>
          <w:lang w:val="id-ID"/>
        </w:rPr>
        <w:t xml:space="preserve">Scan asli </w:t>
      </w:r>
      <w:proofErr w:type="spellStart"/>
      <w:r w:rsidR="00766EDA" w:rsidRPr="00156DE5">
        <w:rPr>
          <w:rFonts w:ascii="Bookman Old Style" w:hAnsi="Bookman Old Style"/>
          <w:sz w:val="20"/>
          <w:szCs w:val="20"/>
        </w:rPr>
        <w:t>Su</w:t>
      </w:r>
      <w:r>
        <w:rPr>
          <w:rFonts w:ascii="Bookman Old Style" w:hAnsi="Bookman Old Style"/>
          <w:sz w:val="20"/>
          <w:szCs w:val="20"/>
        </w:rPr>
        <w:t>rat</w:t>
      </w:r>
      <w:proofErr w:type="spellEnd"/>
      <w:r>
        <w:rPr>
          <w:rFonts w:ascii="Bookman Old Style" w:hAnsi="Bookman Old Style"/>
          <w:sz w:val="20"/>
          <w:szCs w:val="20"/>
        </w:rPr>
        <w:t xml:space="preserve"> </w:t>
      </w:r>
      <w:proofErr w:type="spellStart"/>
      <w:r>
        <w:rPr>
          <w:rFonts w:ascii="Bookman Old Style" w:hAnsi="Bookman Old Style"/>
          <w:sz w:val="20"/>
          <w:szCs w:val="20"/>
        </w:rPr>
        <w:t>Keterangan</w:t>
      </w:r>
      <w:proofErr w:type="spellEnd"/>
      <w:r>
        <w:rPr>
          <w:rFonts w:ascii="Bookman Old Style" w:hAnsi="Bookman Old Style"/>
          <w:sz w:val="20"/>
          <w:szCs w:val="20"/>
        </w:rPr>
        <w:t xml:space="preserve"> </w:t>
      </w:r>
      <w:r w:rsidR="00BE4A4D">
        <w:rPr>
          <w:rFonts w:ascii="Bookman Old Style" w:hAnsi="Bookman Old Style"/>
          <w:sz w:val="20"/>
          <w:szCs w:val="20"/>
          <w:lang w:val="id-ID"/>
        </w:rPr>
        <w:t>dari faskes/fasilitas mandiri.</w:t>
      </w:r>
      <w:bookmarkStart w:id="0" w:name="_GoBack"/>
      <w:bookmarkEnd w:id="0"/>
      <w:r w:rsidR="00766EDA" w:rsidRPr="00156DE5">
        <w:rPr>
          <w:rFonts w:ascii="Bookman Old Style" w:hAnsi="Bookman Old Style"/>
          <w:sz w:val="20"/>
          <w:szCs w:val="20"/>
        </w:rPr>
        <w:br/>
      </w:r>
    </w:p>
    <w:p w:rsidR="00AB1DA2" w:rsidRPr="00156DE5" w:rsidRDefault="00766EDA" w:rsidP="00766EDA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proofErr w:type="spellStart"/>
      <w:r w:rsidRPr="00156DE5">
        <w:rPr>
          <w:rFonts w:ascii="Bookman Old Style" w:hAnsi="Bookman Old Style"/>
          <w:sz w:val="20"/>
          <w:szCs w:val="20"/>
        </w:rPr>
        <w:t>Demikian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156DE5">
        <w:rPr>
          <w:rFonts w:ascii="Bookman Old Style" w:hAnsi="Bookman Old Style"/>
          <w:sz w:val="20"/>
          <w:szCs w:val="20"/>
        </w:rPr>
        <w:t>permohonan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156DE5">
        <w:rPr>
          <w:rFonts w:ascii="Bookman Old Style" w:hAnsi="Bookman Old Style"/>
          <w:sz w:val="20"/>
          <w:szCs w:val="20"/>
        </w:rPr>
        <w:t>ini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156DE5">
        <w:rPr>
          <w:rFonts w:ascii="Bookman Old Style" w:hAnsi="Bookman Old Style"/>
          <w:sz w:val="20"/>
          <w:szCs w:val="20"/>
        </w:rPr>
        <w:t>saya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156DE5">
        <w:rPr>
          <w:rFonts w:ascii="Bookman Old Style" w:hAnsi="Bookman Old Style"/>
          <w:sz w:val="20"/>
          <w:szCs w:val="20"/>
        </w:rPr>
        <w:t>sampaikan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156DE5">
        <w:rPr>
          <w:rFonts w:ascii="Bookman Old Style" w:hAnsi="Bookman Old Style"/>
          <w:sz w:val="20"/>
          <w:szCs w:val="20"/>
        </w:rPr>
        <w:t>dengan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156DE5">
        <w:rPr>
          <w:rFonts w:ascii="Bookman Old Style" w:hAnsi="Bookman Old Style"/>
          <w:sz w:val="20"/>
          <w:szCs w:val="20"/>
        </w:rPr>
        <w:t>sebenar-benarnya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. </w:t>
      </w:r>
      <w:proofErr w:type="spellStart"/>
      <w:proofErr w:type="gramStart"/>
      <w:r w:rsidRPr="00156DE5">
        <w:rPr>
          <w:rFonts w:ascii="Bookman Old Style" w:hAnsi="Bookman Old Style"/>
          <w:sz w:val="20"/>
          <w:szCs w:val="20"/>
        </w:rPr>
        <w:t>Atas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156DE5">
        <w:rPr>
          <w:rFonts w:ascii="Bookman Old Style" w:hAnsi="Bookman Old Style"/>
          <w:sz w:val="20"/>
          <w:szCs w:val="20"/>
        </w:rPr>
        <w:t>perhatian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156DE5">
        <w:rPr>
          <w:rFonts w:ascii="Bookman Old Style" w:hAnsi="Bookman Old Style"/>
          <w:sz w:val="20"/>
          <w:szCs w:val="20"/>
        </w:rPr>
        <w:t>dan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156DE5">
        <w:rPr>
          <w:rFonts w:ascii="Bookman Old Style" w:hAnsi="Bookman Old Style"/>
          <w:sz w:val="20"/>
          <w:szCs w:val="20"/>
        </w:rPr>
        <w:t>kerjasamanya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, </w:t>
      </w:r>
      <w:proofErr w:type="spellStart"/>
      <w:r w:rsidRPr="00156DE5">
        <w:rPr>
          <w:rFonts w:ascii="Bookman Old Style" w:hAnsi="Bookman Old Style"/>
          <w:sz w:val="20"/>
          <w:szCs w:val="20"/>
        </w:rPr>
        <w:t>saya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156DE5">
        <w:rPr>
          <w:rFonts w:ascii="Bookman Old Style" w:hAnsi="Bookman Old Style"/>
          <w:sz w:val="20"/>
          <w:szCs w:val="20"/>
        </w:rPr>
        <w:t>ucapkan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156DE5">
        <w:rPr>
          <w:rFonts w:ascii="Bookman Old Style" w:hAnsi="Bookman Old Style"/>
          <w:sz w:val="20"/>
          <w:szCs w:val="20"/>
        </w:rPr>
        <w:t>terima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Pr="00156DE5">
        <w:rPr>
          <w:rFonts w:ascii="Bookman Old Style" w:hAnsi="Bookman Old Style"/>
          <w:sz w:val="20"/>
          <w:szCs w:val="20"/>
        </w:rPr>
        <w:t>kasih</w:t>
      </w:r>
      <w:proofErr w:type="spellEnd"/>
      <w:r w:rsidRPr="00156DE5">
        <w:rPr>
          <w:rFonts w:ascii="Bookman Old Style" w:hAnsi="Bookman Old Style"/>
          <w:sz w:val="20"/>
          <w:szCs w:val="20"/>
        </w:rPr>
        <w:t>.</w:t>
      </w:r>
      <w:proofErr w:type="gramEnd"/>
    </w:p>
    <w:p w:rsidR="00AB1DA2" w:rsidRPr="00156DE5" w:rsidRDefault="00766EDA" w:rsidP="00981711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156DE5">
        <w:rPr>
          <w:rFonts w:ascii="Bookman Old Style" w:hAnsi="Bookman Old Style"/>
          <w:sz w:val="20"/>
          <w:szCs w:val="20"/>
        </w:rPr>
        <w:br/>
      </w:r>
    </w:p>
    <w:p w:rsidR="00766EDA" w:rsidRDefault="00766EDA" w:rsidP="00766EDA">
      <w:pPr>
        <w:tabs>
          <w:tab w:val="left" w:pos="7088"/>
        </w:tabs>
        <w:spacing w:after="0" w:line="240" w:lineRule="auto"/>
        <w:jc w:val="right"/>
        <w:rPr>
          <w:rFonts w:ascii="Bookman Old Style" w:hAnsi="Bookman Old Style"/>
          <w:sz w:val="20"/>
          <w:szCs w:val="20"/>
          <w:lang w:val="id-ID"/>
        </w:rPr>
      </w:pPr>
      <w:proofErr w:type="spellStart"/>
      <w:r w:rsidRPr="00156DE5">
        <w:rPr>
          <w:rFonts w:ascii="Bookman Old Style" w:hAnsi="Bookman Old Style"/>
          <w:sz w:val="20"/>
          <w:szCs w:val="20"/>
        </w:rPr>
        <w:t>Pemohon</w:t>
      </w:r>
      <w:proofErr w:type="spellEnd"/>
      <w:r w:rsidRPr="00156DE5">
        <w:rPr>
          <w:rFonts w:ascii="Bookman Old Style" w:hAnsi="Bookman Old Style"/>
          <w:sz w:val="20"/>
          <w:szCs w:val="20"/>
        </w:rPr>
        <w:t>,</w:t>
      </w:r>
      <w:r w:rsidRPr="00156DE5">
        <w:rPr>
          <w:rFonts w:ascii="Bookman Old Style" w:hAnsi="Bookman Old Style"/>
          <w:sz w:val="20"/>
          <w:szCs w:val="20"/>
        </w:rPr>
        <w:br/>
      </w:r>
      <w:r w:rsidRPr="00156DE5">
        <w:rPr>
          <w:rFonts w:ascii="Bookman Old Style" w:hAnsi="Bookman Old Style"/>
          <w:sz w:val="20"/>
          <w:szCs w:val="20"/>
        </w:rPr>
        <w:br/>
      </w:r>
      <w:r w:rsidRPr="00156DE5">
        <w:rPr>
          <w:rFonts w:ascii="Bookman Old Style" w:hAnsi="Bookman Old Style"/>
          <w:sz w:val="20"/>
          <w:szCs w:val="20"/>
        </w:rPr>
        <w:br/>
        <w:t>*(</w:t>
      </w:r>
      <w:proofErr w:type="spellStart"/>
      <w:r w:rsidRPr="00156DE5">
        <w:rPr>
          <w:rFonts w:ascii="Bookman Old Style" w:hAnsi="Bookman Old Style"/>
          <w:sz w:val="20"/>
          <w:szCs w:val="20"/>
        </w:rPr>
        <w:t>Materai</w:t>
      </w:r>
      <w:proofErr w:type="spellEnd"/>
      <w:r w:rsidRPr="00156DE5">
        <w:rPr>
          <w:rFonts w:ascii="Bookman Old Style" w:hAnsi="Bookman Old Style"/>
          <w:sz w:val="20"/>
          <w:szCs w:val="20"/>
        </w:rPr>
        <w:t xml:space="preserve"> Rp10.000)*</w:t>
      </w:r>
      <w:r w:rsidRPr="00156DE5">
        <w:rPr>
          <w:rFonts w:ascii="Bookman Old Style" w:hAnsi="Bookman Old Style"/>
          <w:sz w:val="20"/>
          <w:szCs w:val="20"/>
        </w:rPr>
        <w:br/>
      </w:r>
      <w:r w:rsidRPr="00156DE5">
        <w:rPr>
          <w:rFonts w:ascii="Bookman Old Style" w:hAnsi="Bookman Old Style"/>
          <w:sz w:val="20"/>
          <w:szCs w:val="20"/>
        </w:rPr>
        <w:br/>
      </w:r>
      <w:proofErr w:type="gramStart"/>
      <w:r w:rsidRPr="00156DE5">
        <w:rPr>
          <w:rFonts w:ascii="Bookman Old Style" w:hAnsi="Bookman Old Style"/>
          <w:sz w:val="20"/>
          <w:szCs w:val="20"/>
        </w:rPr>
        <w:t>( .........................</w:t>
      </w:r>
      <w:r>
        <w:rPr>
          <w:rFonts w:ascii="Bookman Old Style" w:hAnsi="Bookman Old Style"/>
          <w:sz w:val="20"/>
          <w:szCs w:val="20"/>
        </w:rPr>
        <w:t>.........)</w:t>
      </w:r>
      <w:proofErr w:type="gramEnd"/>
    </w:p>
    <w:p w:rsidR="00AB1DA2" w:rsidRPr="00766EDA" w:rsidRDefault="00766EDA" w:rsidP="00766EDA">
      <w:pPr>
        <w:tabs>
          <w:tab w:val="left" w:pos="7513"/>
        </w:tabs>
        <w:spacing w:after="0" w:line="240" w:lineRule="auto"/>
        <w:jc w:val="both"/>
        <w:rPr>
          <w:rFonts w:ascii="Bookman Old Style" w:hAnsi="Bookman Old Style"/>
          <w:sz w:val="20"/>
          <w:szCs w:val="20"/>
          <w:lang w:val="id-ID"/>
        </w:rPr>
      </w:pPr>
      <w:r>
        <w:rPr>
          <w:rFonts w:ascii="Bookman Old Style" w:hAnsi="Bookman Old Style"/>
          <w:sz w:val="20"/>
          <w:szCs w:val="20"/>
          <w:lang w:val="id-ID"/>
        </w:rPr>
        <w:tab/>
      </w:r>
      <w:proofErr w:type="spellStart"/>
      <w:r>
        <w:rPr>
          <w:rFonts w:ascii="Bookman Old Style" w:hAnsi="Bookman Old Style"/>
          <w:sz w:val="20"/>
          <w:szCs w:val="20"/>
        </w:rPr>
        <w:t>Nama</w:t>
      </w:r>
      <w:proofErr w:type="spellEnd"/>
      <w:r>
        <w:rPr>
          <w:rFonts w:ascii="Bookman Old Style" w:hAnsi="Bookman Old Style"/>
          <w:sz w:val="20"/>
          <w:szCs w:val="20"/>
        </w:rPr>
        <w:t xml:space="preserve"> </w:t>
      </w:r>
      <w:proofErr w:type="spellStart"/>
      <w:r>
        <w:rPr>
          <w:rFonts w:ascii="Bookman Old Style" w:hAnsi="Bookman Old Style"/>
          <w:sz w:val="20"/>
          <w:szCs w:val="20"/>
        </w:rPr>
        <w:t>Lengkap</w:t>
      </w:r>
      <w:proofErr w:type="spellEnd"/>
    </w:p>
    <w:sectPr w:rsidR="00AB1DA2" w:rsidRPr="00766EDA" w:rsidSect="00766EDA">
      <w:pgSz w:w="12242" w:h="20163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104DA"/>
    <w:rsid w:val="00034616"/>
    <w:rsid w:val="00037BCB"/>
    <w:rsid w:val="0006063C"/>
    <w:rsid w:val="0015074B"/>
    <w:rsid w:val="00156DE5"/>
    <w:rsid w:val="0029639D"/>
    <w:rsid w:val="002F732E"/>
    <w:rsid w:val="00326F90"/>
    <w:rsid w:val="004B455D"/>
    <w:rsid w:val="004E5CC8"/>
    <w:rsid w:val="00766EDA"/>
    <w:rsid w:val="00981711"/>
    <w:rsid w:val="00AA1D8D"/>
    <w:rsid w:val="00AB1DA2"/>
    <w:rsid w:val="00B47730"/>
    <w:rsid w:val="00BE4A4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07A7B82-5AC4-4BE6-9888-F56825E91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2030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ASUS</cp:lastModifiedBy>
  <cp:revision>9</cp:revision>
  <cp:lastPrinted>2026-09-10T13:35:00Z</cp:lastPrinted>
  <dcterms:created xsi:type="dcterms:W3CDTF">2013-12-23T23:15:00Z</dcterms:created>
  <dcterms:modified xsi:type="dcterms:W3CDTF">2026-09-10T14:43:00Z</dcterms:modified>
  <cp:category/>
</cp:coreProperties>
</file>